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FE527" w14:textId="77777777" w:rsidR="001B3014" w:rsidRPr="00FD06D7" w:rsidRDefault="00000000">
      <w:pPr>
        <w:pStyle w:val="Nadpis1"/>
        <w:rPr>
          <w:i/>
          <w:iCs/>
        </w:rPr>
      </w:pPr>
      <w:r w:rsidRPr="00FD06D7">
        <w:rPr>
          <w:i/>
          <w:iCs/>
        </w:rPr>
        <w:t>Pracovný list: Uhorsko v stredoveku – Arpádovci, Anjouovci, Jagelovci</w:t>
      </w:r>
    </w:p>
    <w:p w14:paraId="3F26AD35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Meno: ___________________________    Trieda: __________    Dátum: __________</w:t>
      </w:r>
    </w:p>
    <w:p w14:paraId="49CFB241" w14:textId="77777777" w:rsidR="001B3014" w:rsidRPr="00FD06D7" w:rsidRDefault="001B3014">
      <w:pPr>
        <w:rPr>
          <w:i/>
          <w:iCs/>
        </w:rPr>
      </w:pPr>
    </w:p>
    <w:p w14:paraId="3FF645F3" w14:textId="77777777" w:rsidR="001B3014" w:rsidRPr="00FD06D7" w:rsidRDefault="00000000">
      <w:pPr>
        <w:pStyle w:val="Nadpis2"/>
        <w:rPr>
          <w:i/>
          <w:iCs/>
        </w:rPr>
      </w:pPr>
      <w:r w:rsidRPr="00FD06D7">
        <w:rPr>
          <w:i/>
          <w:iCs/>
        </w:rPr>
        <w:t>1. Doplň chýbajúce slová alebo údaje</w:t>
      </w:r>
    </w:p>
    <w:p w14:paraId="65E6490D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1. Najsilnejším kočovníckym rodom starých Maďarov boli ______________________________.</w:t>
      </w:r>
    </w:p>
    <w:p w14:paraId="4E8D6664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2. Vaik po prijatí kresťanstva prijal meno ______________________________.</w:t>
      </w:r>
    </w:p>
    <w:p w14:paraId="219DEF09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3. Korunovácia Štefana I. sa uskutočnila dňa ______________________________.</w:t>
      </w:r>
    </w:p>
    <w:p w14:paraId="42E7E48A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4. V roku 1222 vydal kráľ Ondrej II. listinu nazývanú ______________________________.</w:t>
      </w:r>
    </w:p>
    <w:p w14:paraId="55376BC8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5. Tatársky vpád do Uhorska vyvrcholil bitkou pri rieke ______________________________ v roku __________________.</w:t>
      </w:r>
    </w:p>
    <w:p w14:paraId="4A2EB5D7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6. Posledným panovníkom z rodu Arpádovcov bol ______________________________.</w:t>
      </w:r>
    </w:p>
    <w:p w14:paraId="7D02DF4E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7. V roku 1301 vymrel rod ______________________________.</w:t>
      </w:r>
    </w:p>
    <w:p w14:paraId="723DAA3F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8. Bitka pri Rozhanovciach sa odohrala v roku ______________________________.</w:t>
      </w:r>
    </w:p>
    <w:p w14:paraId="42B916EB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9. Prvým panovníkom z rodu Anjouovcov na uhorskom tróne bol ______________________________.</w:t>
      </w:r>
    </w:p>
    <w:p w14:paraId="51B0FBBA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10. V roku 1328 vznikla mincovňa v meste ______________________________.</w:t>
      </w:r>
    </w:p>
    <w:p w14:paraId="0DB5FDEB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11. Stretnutie panovníkov strednej Európy vo Vyšehrade sa konalo v roku __________________.</w:t>
      </w:r>
    </w:p>
    <w:p w14:paraId="19DAD0B4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12. Ľudovít I. Veľký vytvoril personálnu úniu s krajinou ______________________________.</w:t>
      </w:r>
    </w:p>
    <w:p w14:paraId="7A8542EF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13. V roku 1381 bolo mestu __________________ udelené privilégium nazývané ______________________________.</w:t>
      </w:r>
    </w:p>
    <w:p w14:paraId="6565B7D8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14. Vladislav II. Jagelovský bol prezývaný ______________________________.</w:t>
      </w:r>
    </w:p>
    <w:p w14:paraId="0A4ABE67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15. Sedliacke povstanie v roku 1514 viedol ______________________________.</w:t>
      </w:r>
    </w:p>
    <w:p w14:paraId="48C21394" w14:textId="77777777" w:rsidR="00FD06D7" w:rsidRDefault="00FD06D7">
      <w:pPr>
        <w:pStyle w:val="Nadpis2"/>
        <w:rPr>
          <w:i/>
          <w:iCs/>
        </w:rPr>
        <w:sectPr w:rsidR="00FD06D7" w:rsidSect="00FD06D7">
          <w:headerReference w:type="default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0771C3A" w14:textId="77777777" w:rsidR="001B3014" w:rsidRPr="00FD06D7" w:rsidRDefault="00000000">
      <w:pPr>
        <w:pStyle w:val="Nadpis2"/>
        <w:rPr>
          <w:i/>
          <w:iCs/>
        </w:rPr>
      </w:pPr>
      <w:r w:rsidRPr="00FD06D7">
        <w:rPr>
          <w:i/>
          <w:iCs/>
        </w:rPr>
        <w:t>2. Vyber správnu odpoveď</w:t>
      </w:r>
    </w:p>
    <w:p w14:paraId="2482E0B9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1. Ktorý panovník vydal Zlatú bulu?</w:t>
      </w:r>
      <w:r w:rsidRPr="00FD06D7">
        <w:rPr>
          <w:i/>
          <w:iCs/>
        </w:rPr>
        <w:br/>
        <w:t>a) Belo IV.</w:t>
      </w:r>
      <w:r w:rsidRPr="00FD06D7">
        <w:rPr>
          <w:i/>
          <w:iCs/>
        </w:rPr>
        <w:br/>
        <w:t>b) Ondrej II.</w:t>
      </w:r>
      <w:r w:rsidRPr="00FD06D7">
        <w:rPr>
          <w:i/>
          <w:iCs/>
        </w:rPr>
        <w:br/>
        <w:t>c) Ladislav I.</w:t>
      </w:r>
    </w:p>
    <w:p w14:paraId="4BF3D23A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2. Bitka pri rieke Lech sa spája s panovníkom:</w:t>
      </w:r>
      <w:r w:rsidRPr="00FD06D7">
        <w:rPr>
          <w:i/>
          <w:iCs/>
        </w:rPr>
        <w:br/>
        <w:t>a) Oto I.</w:t>
      </w:r>
      <w:r w:rsidRPr="00FD06D7">
        <w:rPr>
          <w:i/>
          <w:iCs/>
        </w:rPr>
        <w:br/>
        <w:t>b) Karol Róbert</w:t>
      </w:r>
      <w:r w:rsidRPr="00FD06D7">
        <w:rPr>
          <w:i/>
          <w:iCs/>
        </w:rPr>
        <w:br/>
        <w:t>c) Juraj Dóža</w:t>
      </w:r>
    </w:p>
    <w:p w14:paraId="63D4DDAD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3. Ktorý panovník posilnil kráľovskú moc a podporoval baníctvo?</w:t>
      </w:r>
      <w:r w:rsidRPr="00FD06D7">
        <w:rPr>
          <w:i/>
          <w:iCs/>
        </w:rPr>
        <w:br/>
      </w:r>
      <w:r w:rsidRPr="00FD06D7">
        <w:rPr>
          <w:i/>
          <w:iCs/>
        </w:rPr>
        <w:t>a) Karol Róbert</w:t>
      </w:r>
      <w:r w:rsidRPr="00FD06D7">
        <w:rPr>
          <w:i/>
          <w:iCs/>
        </w:rPr>
        <w:br/>
        <w:t>b) Vladislav II.</w:t>
      </w:r>
      <w:r w:rsidRPr="00FD06D7">
        <w:rPr>
          <w:i/>
          <w:iCs/>
        </w:rPr>
        <w:br/>
        <w:t>c) Ľudovít II.</w:t>
      </w:r>
    </w:p>
    <w:p w14:paraId="7849112F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4. Opus Tripartitum je:</w:t>
      </w:r>
      <w:r w:rsidRPr="00FD06D7">
        <w:rPr>
          <w:i/>
          <w:iCs/>
        </w:rPr>
        <w:br/>
        <w:t>a) zákonník uhorského obyčajového práva</w:t>
      </w:r>
      <w:r w:rsidRPr="00FD06D7">
        <w:rPr>
          <w:i/>
          <w:iCs/>
        </w:rPr>
        <w:br/>
        <w:t>b) kronika o uhorských kráľoch</w:t>
      </w:r>
      <w:r w:rsidRPr="00FD06D7">
        <w:rPr>
          <w:i/>
          <w:iCs/>
        </w:rPr>
        <w:br/>
        <w:t>c) cirkevná listina</w:t>
      </w:r>
    </w:p>
    <w:p w14:paraId="26252206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5. Bitka pri Moháči sa odohrala v roku:</w:t>
      </w:r>
      <w:r w:rsidRPr="00FD06D7">
        <w:rPr>
          <w:i/>
          <w:iCs/>
        </w:rPr>
        <w:br/>
        <w:t>a) 1491</w:t>
      </w:r>
      <w:r w:rsidRPr="00FD06D7">
        <w:rPr>
          <w:i/>
          <w:iCs/>
        </w:rPr>
        <w:br/>
        <w:t>b) 1514</w:t>
      </w:r>
      <w:r w:rsidRPr="00FD06D7">
        <w:rPr>
          <w:i/>
          <w:iCs/>
        </w:rPr>
        <w:br/>
        <w:t>c) 1526</w:t>
      </w:r>
    </w:p>
    <w:p w14:paraId="79971405" w14:textId="77777777" w:rsidR="001B3014" w:rsidRPr="00FD06D7" w:rsidRDefault="00000000">
      <w:pPr>
        <w:pStyle w:val="Nadpis2"/>
        <w:rPr>
          <w:i/>
          <w:iCs/>
        </w:rPr>
      </w:pPr>
      <w:r w:rsidRPr="00FD06D7">
        <w:rPr>
          <w:i/>
          <w:iCs/>
        </w:rPr>
        <w:lastRenderedPageBreak/>
        <w:t>3. Priraď správne dvojice</w:t>
      </w:r>
    </w:p>
    <w:p w14:paraId="33E80DD6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A) Karol Róbert</w:t>
      </w:r>
      <w:r w:rsidRPr="00FD06D7">
        <w:rPr>
          <w:i/>
          <w:iCs/>
        </w:rPr>
        <w:br/>
        <w:t>B) Belo IV.</w:t>
      </w:r>
      <w:r w:rsidRPr="00FD06D7">
        <w:rPr>
          <w:i/>
          <w:iCs/>
        </w:rPr>
        <w:br/>
        <w:t>C) Ľudovít I. Veľký</w:t>
      </w:r>
      <w:r w:rsidRPr="00FD06D7">
        <w:rPr>
          <w:i/>
          <w:iCs/>
        </w:rPr>
        <w:br/>
        <w:t>D) Vladislav II.</w:t>
      </w:r>
      <w:r w:rsidRPr="00FD06D7">
        <w:rPr>
          <w:i/>
          <w:iCs/>
        </w:rPr>
        <w:br/>
      </w:r>
      <w:r w:rsidRPr="00FD06D7">
        <w:rPr>
          <w:i/>
          <w:iCs/>
        </w:rPr>
        <w:br/>
        <w:t>1. Tatársky vpád a obnova krajiny ______</w:t>
      </w:r>
      <w:r w:rsidRPr="00FD06D7">
        <w:rPr>
          <w:i/>
          <w:iCs/>
        </w:rPr>
        <w:br/>
        <w:t>2. Rozvoj baníctva a mincovňa v Kremnici ______</w:t>
      </w:r>
      <w:r w:rsidRPr="00FD06D7">
        <w:rPr>
          <w:i/>
          <w:iCs/>
        </w:rPr>
        <w:br/>
        <w:t>3. Personálna únia s Poľskom ______</w:t>
      </w:r>
      <w:r w:rsidRPr="00FD06D7">
        <w:rPr>
          <w:i/>
          <w:iCs/>
        </w:rPr>
        <w:br/>
        <w:t>4. Prezývka 'kráľ Dobrze' ______</w:t>
      </w:r>
    </w:p>
    <w:p w14:paraId="686794B2" w14:textId="77777777" w:rsidR="001B3014" w:rsidRPr="00FD06D7" w:rsidRDefault="00000000">
      <w:pPr>
        <w:pStyle w:val="Nadpis2"/>
        <w:rPr>
          <w:i/>
          <w:iCs/>
        </w:rPr>
      </w:pPr>
      <w:r w:rsidRPr="00FD06D7">
        <w:rPr>
          <w:i/>
          <w:iCs/>
        </w:rPr>
        <w:t>4. Usporiadaj udalosti v správnom časovom poradí</w:t>
      </w:r>
    </w:p>
    <w:p w14:paraId="68C05537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Zapíš čísla 1 – 5 podľa správneho poradia:</w:t>
      </w:r>
      <w:r w:rsidRPr="00FD06D7">
        <w:rPr>
          <w:i/>
          <w:iCs/>
        </w:rPr>
        <w:br/>
        <w:t>___ Bitka pri Moháči</w:t>
      </w:r>
      <w:r w:rsidRPr="00FD06D7">
        <w:rPr>
          <w:i/>
          <w:iCs/>
        </w:rPr>
        <w:br/>
        <w:t>___ Vydanie Zlatej buly</w:t>
      </w:r>
      <w:r w:rsidRPr="00FD06D7">
        <w:rPr>
          <w:i/>
          <w:iCs/>
        </w:rPr>
        <w:br/>
        <w:t>___ Tatársky vpád do Uhorska</w:t>
      </w:r>
      <w:r w:rsidRPr="00FD06D7">
        <w:rPr>
          <w:i/>
          <w:iCs/>
        </w:rPr>
        <w:br/>
        <w:t>___ Bitka pri Rozhanovciach</w:t>
      </w:r>
      <w:r w:rsidRPr="00FD06D7">
        <w:rPr>
          <w:i/>
          <w:iCs/>
        </w:rPr>
        <w:br/>
        <w:t>___ Korunovácia Štefana I.</w:t>
      </w:r>
    </w:p>
    <w:p w14:paraId="5875F93E" w14:textId="77777777" w:rsidR="00FD06D7" w:rsidRDefault="00FD06D7">
      <w:pPr>
        <w:pStyle w:val="Nadpis2"/>
        <w:rPr>
          <w:i/>
          <w:iCs/>
        </w:rPr>
        <w:sectPr w:rsidR="00FD06D7" w:rsidSect="00FD06D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592160B" w14:textId="77777777" w:rsidR="001B3014" w:rsidRPr="00FD06D7" w:rsidRDefault="00000000">
      <w:pPr>
        <w:pStyle w:val="Nadpis2"/>
        <w:rPr>
          <w:i/>
          <w:iCs/>
        </w:rPr>
      </w:pPr>
      <w:r w:rsidRPr="00FD06D7">
        <w:rPr>
          <w:i/>
          <w:iCs/>
        </w:rPr>
        <w:t>5. Odpovedz na otázky</w:t>
      </w:r>
    </w:p>
    <w:p w14:paraId="40646F86" w14:textId="4E9973A2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1. Vysvetli, čo znamená pojem feudálna rozdrobenosť.</w:t>
      </w:r>
      <w:r w:rsidR="00C24C37">
        <w:rPr>
          <w:i/>
          <w:iCs/>
        </w:rPr>
        <w:t xml:space="preserve"> …………………………………………………………………..</w:t>
      </w:r>
    </w:p>
    <w:p w14:paraId="6817451D" w14:textId="3593D439" w:rsidR="001B3014" w:rsidRPr="00FD06D7" w:rsidRDefault="00000000" w:rsidP="00C24C37">
      <w:pPr>
        <w:tabs>
          <w:tab w:val="center" w:pos="5400"/>
        </w:tabs>
        <w:rPr>
          <w:i/>
          <w:iCs/>
        </w:rPr>
      </w:pPr>
      <w:r w:rsidRPr="00FD06D7">
        <w:rPr>
          <w:i/>
          <w:iCs/>
        </w:rPr>
        <w:t>2. Aký význam mali mestá pre kráľovskú moc?</w:t>
      </w:r>
      <w:r w:rsidR="00C24C37">
        <w:rPr>
          <w:i/>
          <w:iCs/>
        </w:rPr>
        <w:tab/>
        <w:t xml:space="preserve"> ………………………………………………………………………………..</w:t>
      </w:r>
    </w:p>
    <w:p w14:paraId="5FC356C7" w14:textId="3F630F5A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3. Aké dôsledky mal tatársky vpád do Uhorska?</w:t>
      </w:r>
      <w:r w:rsidR="00C24C37">
        <w:rPr>
          <w:i/>
          <w:iCs/>
        </w:rPr>
        <w:t xml:space="preserve"> …………………………………………………………………………………</w:t>
      </w:r>
    </w:p>
    <w:p w14:paraId="63E50A0D" w14:textId="7A968905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4. Prečo vzniklo Dóžovo povstanie?</w:t>
      </w:r>
      <w:r w:rsidR="00C24C37">
        <w:rPr>
          <w:i/>
          <w:iCs/>
        </w:rPr>
        <w:t xml:space="preserve"> ……………………………………………………………………………………………………</w:t>
      </w:r>
    </w:p>
    <w:p w14:paraId="64BF74EE" w14:textId="74D01888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5. Prečo je bitka pri Moháči považovaná za koniec stredovekého Uhorska?</w:t>
      </w:r>
      <w:r w:rsidR="00C24C37">
        <w:rPr>
          <w:i/>
          <w:iCs/>
        </w:rPr>
        <w:t xml:space="preserve"> ………………………………………………….</w:t>
      </w:r>
    </w:p>
    <w:p w14:paraId="1FF5B0FE" w14:textId="77777777" w:rsidR="001B3014" w:rsidRPr="00FD06D7" w:rsidRDefault="00000000">
      <w:pPr>
        <w:pStyle w:val="Nadpis2"/>
        <w:rPr>
          <w:i/>
          <w:iCs/>
        </w:rPr>
      </w:pPr>
      <w:r w:rsidRPr="00FD06D7">
        <w:rPr>
          <w:i/>
          <w:iCs/>
        </w:rPr>
        <w:t>6. Vysvetli pojmy</w:t>
      </w:r>
    </w:p>
    <w:p w14:paraId="2F93D4A5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- Personálna únia: ________________________________________________</w:t>
      </w:r>
    </w:p>
    <w:p w14:paraId="555185A6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- Zlatá bula: ________________________________________________</w:t>
      </w:r>
    </w:p>
    <w:p w14:paraId="338104A0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- Nevoľníctvo: ________________________________________________</w:t>
      </w:r>
    </w:p>
    <w:p w14:paraId="779B475D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- Banícke mestá: ________________________________________________</w:t>
      </w:r>
    </w:p>
    <w:p w14:paraId="1B0DA171" w14:textId="77777777" w:rsidR="001B3014" w:rsidRPr="00FD06D7" w:rsidRDefault="00000000">
      <w:pPr>
        <w:rPr>
          <w:i/>
          <w:iCs/>
        </w:rPr>
      </w:pPr>
      <w:r w:rsidRPr="00FD06D7">
        <w:rPr>
          <w:i/>
          <w:iCs/>
        </w:rPr>
        <w:t>- Feudálna rozdrobenosť: ________________________________________________</w:t>
      </w:r>
    </w:p>
    <w:p w14:paraId="385F6BB4" w14:textId="744868C8" w:rsidR="00FD06D7" w:rsidRPr="00FD06D7" w:rsidRDefault="00FD06D7" w:rsidP="00FD06D7">
      <w:pPr>
        <w:pStyle w:val="Nadpis2"/>
        <w:rPr>
          <w:i/>
          <w:iCs/>
        </w:rPr>
      </w:pPr>
      <w:r w:rsidRPr="00FD06D7">
        <w:rPr>
          <w:i/>
          <w:iCs/>
        </w:rPr>
        <w:t>7. Zamysli sa:</w:t>
      </w:r>
    </w:p>
    <w:p w14:paraId="73F6F0C9" w14:textId="77777777" w:rsidR="00FD06D7" w:rsidRPr="00FD06D7" w:rsidRDefault="00FD06D7" w:rsidP="00FD06D7">
      <w:pPr>
        <w:rPr>
          <w:i/>
          <w:iCs/>
        </w:rPr>
      </w:pPr>
    </w:p>
    <w:p w14:paraId="4D7D233E" w14:textId="26FB7A90" w:rsidR="00FD06D7" w:rsidRPr="00FD06D7" w:rsidRDefault="00FD06D7" w:rsidP="00FD06D7">
      <w:pPr>
        <w:rPr>
          <w:i/>
          <w:iCs/>
        </w:rPr>
      </w:pPr>
      <w:r w:rsidRPr="00FD06D7">
        <w:rPr>
          <w:i/>
          <w:iCs/>
        </w:rPr>
        <w:t>Predstav si, že si kráľ Karol I. Róbert. Napíš krátky prejav, v ktorom vysvetlíš šľachte a obyvateľom krajiny, prečo je potrebné posilniť kráľovskú moc.</w:t>
      </w:r>
    </w:p>
    <w:p w14:paraId="5CB2923F" w14:textId="3184A531" w:rsidR="00FD06D7" w:rsidRPr="00FD06D7" w:rsidRDefault="00FD06D7" w:rsidP="00FD06D7">
      <w:pPr>
        <w:spacing w:line="360" w:lineRule="auto"/>
        <w:rPr>
          <w:i/>
          <w:iCs/>
        </w:rPr>
      </w:pPr>
      <w:r w:rsidRPr="00FD06D7"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i/>
          <w:iCs/>
        </w:rPr>
        <w:t>……………………………………………………………………..</w:t>
      </w:r>
    </w:p>
    <w:sectPr w:rsidR="00FD06D7" w:rsidRPr="00FD06D7" w:rsidSect="00FD06D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DE74C" w14:textId="77777777" w:rsidR="004F27F8" w:rsidRDefault="004F27F8" w:rsidP="00FD06D7">
      <w:pPr>
        <w:spacing w:after="0" w:line="240" w:lineRule="auto"/>
      </w:pPr>
      <w:r>
        <w:separator/>
      </w:r>
    </w:p>
  </w:endnote>
  <w:endnote w:type="continuationSeparator" w:id="0">
    <w:p w14:paraId="716ED29A" w14:textId="77777777" w:rsidR="004F27F8" w:rsidRDefault="004F27F8" w:rsidP="00FD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610936"/>
      <w:docPartObj>
        <w:docPartGallery w:val="Page Numbers (Bottom of Page)"/>
        <w:docPartUnique/>
      </w:docPartObj>
    </w:sdtPr>
    <w:sdtContent>
      <w:p w14:paraId="211A6D3F" w14:textId="5D29516E" w:rsidR="00FD06D7" w:rsidRDefault="00FD06D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05CDFB62" w14:textId="057F3961" w:rsidR="00FD06D7" w:rsidRDefault="00FD06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2759D" w14:textId="77777777" w:rsidR="004F27F8" w:rsidRDefault="004F27F8" w:rsidP="00FD06D7">
      <w:pPr>
        <w:spacing w:after="0" w:line="240" w:lineRule="auto"/>
      </w:pPr>
      <w:r>
        <w:separator/>
      </w:r>
    </w:p>
  </w:footnote>
  <w:footnote w:type="continuationSeparator" w:id="0">
    <w:p w14:paraId="66041BCB" w14:textId="77777777" w:rsidR="004F27F8" w:rsidRDefault="004F27F8" w:rsidP="00FD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E18A" w14:textId="55144C93" w:rsidR="00FD06D7" w:rsidRDefault="00FD06D7">
    <w:pPr>
      <w:pStyle w:val="Hlavika"/>
    </w:pPr>
    <w:r>
      <w:t>Opakovanie Stredovekého Uhorska – 1. Roč, DEJ, SZŠ TN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4198548">
    <w:abstractNumId w:val="8"/>
  </w:num>
  <w:num w:numId="2" w16cid:durableId="1613245211">
    <w:abstractNumId w:val="6"/>
  </w:num>
  <w:num w:numId="3" w16cid:durableId="1876887401">
    <w:abstractNumId w:val="5"/>
  </w:num>
  <w:num w:numId="4" w16cid:durableId="1832523671">
    <w:abstractNumId w:val="4"/>
  </w:num>
  <w:num w:numId="5" w16cid:durableId="1715350688">
    <w:abstractNumId w:val="7"/>
  </w:num>
  <w:num w:numId="6" w16cid:durableId="1639846043">
    <w:abstractNumId w:val="3"/>
  </w:num>
  <w:num w:numId="7" w16cid:durableId="2115901141">
    <w:abstractNumId w:val="2"/>
  </w:num>
  <w:num w:numId="8" w16cid:durableId="1833985524">
    <w:abstractNumId w:val="1"/>
  </w:num>
  <w:num w:numId="9" w16cid:durableId="822699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3014"/>
    <w:rsid w:val="0029639D"/>
    <w:rsid w:val="00326F90"/>
    <w:rsid w:val="004F27F8"/>
    <w:rsid w:val="00AA1D8D"/>
    <w:rsid w:val="00AD5928"/>
    <w:rsid w:val="00AE62C7"/>
    <w:rsid w:val="00B47730"/>
    <w:rsid w:val="00C24C37"/>
    <w:rsid w:val="00CB0664"/>
    <w:rsid w:val="00FC693F"/>
    <w:rsid w:val="00FD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54192"/>
  <w14:defaultImageDpi w14:val="300"/>
  <w15:docId w15:val="{166A0BEB-594B-4BC9-97FA-2504B849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Mgr. Miroslav Holba</cp:lastModifiedBy>
  <cp:revision>4</cp:revision>
  <dcterms:created xsi:type="dcterms:W3CDTF">2013-12-23T23:15:00Z</dcterms:created>
  <dcterms:modified xsi:type="dcterms:W3CDTF">2026-03-09T12:34:00Z</dcterms:modified>
  <cp:category/>
</cp:coreProperties>
</file>